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92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6"/>
        <w:gridCol w:w="7792"/>
        <w:gridCol w:w="2269"/>
      </w:tblGrid>
      <w:tr w:rsidR="001B4FC7" w:rsidRPr="00357BE7" w:rsidTr="00821ACC">
        <w:trPr>
          <w:trHeight w:val="1701"/>
        </w:trPr>
        <w:tc>
          <w:tcPr>
            <w:tcW w:w="1866" w:type="dxa"/>
            <w:shd w:val="clear" w:color="auto" w:fill="auto"/>
          </w:tcPr>
          <w:p w:rsidR="001B4FC7" w:rsidRPr="005E62F1" w:rsidRDefault="001B4FC7" w:rsidP="000130C8">
            <w:pPr>
              <w:ind w:left="459" w:right="-233" w:hanging="141"/>
              <w:rPr>
                <w:rFonts w:ascii="Calibri" w:eastAsia="Calibri" w:hAnsi="Calibri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71DBD322" wp14:editId="193FC447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0</wp:posOffset>
                  </wp:positionV>
                  <wp:extent cx="945515" cy="838200"/>
                  <wp:effectExtent l="0" t="0" r="6985" b="0"/>
                  <wp:wrapSquare wrapText="bothSides"/>
                  <wp:docPr id="2" name="Картина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1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2" w:type="dxa"/>
            <w:shd w:val="clear" w:color="auto" w:fill="auto"/>
          </w:tcPr>
          <w:p w:rsidR="001B4FC7" w:rsidRPr="005E62F1" w:rsidRDefault="001B4FC7" w:rsidP="000130C8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</w:rPr>
            </w:pPr>
          </w:p>
          <w:p w:rsidR="001B4FC7" w:rsidRPr="005E62F1" w:rsidRDefault="001B4FC7" w:rsidP="000130C8">
            <w:pPr>
              <w:tabs>
                <w:tab w:val="center" w:pos="4680"/>
                <w:tab w:val="right" w:pos="9360"/>
              </w:tabs>
              <w:ind w:right="-318"/>
              <w:jc w:val="center"/>
              <w:rPr>
                <w:rFonts w:ascii="Verdana" w:eastAsia="Calibri" w:hAnsi="Verdana"/>
              </w:rPr>
            </w:pPr>
            <w:r w:rsidRPr="005E62F1">
              <w:rPr>
                <w:rFonts w:ascii="Verdana" w:eastAsia="Calibri" w:hAnsi="Verdana"/>
                <w:lang w:val="bg-BG"/>
              </w:rPr>
              <w:t xml:space="preserve">МИНИСТЕРСТВО </w:t>
            </w:r>
            <w:r>
              <w:rPr>
                <w:rFonts w:ascii="Verdana" w:eastAsia="Calibri" w:hAnsi="Verdana"/>
                <w:lang w:val="bg-BG"/>
              </w:rPr>
              <w:t>НА ЗЕМЕДЕЛИЕТО И ХРАНИТЕ</w:t>
            </w:r>
          </w:p>
          <w:p w:rsidR="001B4FC7" w:rsidRPr="001B4FC7" w:rsidRDefault="001B4FC7" w:rsidP="001B4FC7">
            <w:pPr>
              <w:tabs>
                <w:tab w:val="center" w:pos="4680"/>
                <w:tab w:val="right" w:pos="9360"/>
              </w:tabs>
              <w:ind w:right="-318"/>
              <w:jc w:val="center"/>
              <w:rPr>
                <w:rFonts w:ascii="Verdana" w:eastAsia="Calibri" w:hAnsi="Verdana"/>
                <w:lang w:val="bg-BG"/>
              </w:rPr>
            </w:pPr>
            <w:r w:rsidRPr="005E62F1">
              <w:rPr>
                <w:rFonts w:ascii="Verdana" w:eastAsia="Calibri" w:hAnsi="Verdana"/>
                <w:lang w:val="bg-BG"/>
              </w:rPr>
              <w:t>„ЮГОЗАПАДНО ДЪРЖАВНО ПРЕДПРИЯТИЕ“ДП БЛАГОЕВГРАД</w:t>
            </w:r>
            <w:r w:rsidRPr="005E62F1">
              <w:rPr>
                <w:rFonts w:ascii="Verdana" w:hAnsi="Verdana"/>
                <w:b/>
              </w:rPr>
              <w:t xml:space="preserve"> </w:t>
            </w:r>
          </w:p>
          <w:p w:rsidR="001B4FC7" w:rsidRPr="005E62F1" w:rsidRDefault="001B4FC7" w:rsidP="000130C8">
            <w:pPr>
              <w:tabs>
                <w:tab w:val="center" w:pos="4680"/>
                <w:tab w:val="right" w:pos="9360"/>
              </w:tabs>
              <w:ind w:right="-318"/>
              <w:rPr>
                <w:rFonts w:eastAsia="Calibri"/>
              </w:rPr>
            </w:pPr>
            <w:r w:rsidRPr="005E62F1">
              <w:rPr>
                <w:rFonts w:ascii="Verdana" w:hAnsi="Verdana"/>
                <w:b/>
              </w:rPr>
              <w:t xml:space="preserve">  ТП „ДЪРЖАВНО ГОРСКО СТОПАНСТВО РАЗЛОГ” ГР.РАЗЛОГ</w:t>
            </w:r>
          </w:p>
        </w:tc>
        <w:tc>
          <w:tcPr>
            <w:tcW w:w="2269" w:type="dxa"/>
            <w:shd w:val="clear" w:color="auto" w:fill="auto"/>
          </w:tcPr>
          <w:p w:rsidR="001B4FC7" w:rsidRPr="005E62F1" w:rsidRDefault="001B4FC7" w:rsidP="000130C8">
            <w:pPr>
              <w:ind w:left="-108"/>
              <w:jc w:val="center"/>
              <w:rPr>
                <w:rFonts w:ascii="Calibri" w:eastAsia="Calibri" w:hAnsi="Calibri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3E599443" wp14:editId="0D999839">
                  <wp:extent cx="1161334" cy="668655"/>
                  <wp:effectExtent l="0" t="0" r="1270" b="0"/>
                  <wp:docPr id="3" name="Picture 4" descr="C:\Users\User\Downloads\Accredia_ITA_Combined_logo_[Full-Colour]_UZDP Blagoevgrad_9k_2024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Accredia_ITA_Combined_logo_[Full-Colour]_UZDP Blagoevgrad_9k_2024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569" cy="78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0C4C" w:rsidRPr="00254198" w:rsidRDefault="001B4FC7" w:rsidP="00254198">
      <w:pPr>
        <w:jc w:val="right"/>
        <w:rPr>
          <w:rFonts w:ascii="Verdana" w:hAnsi="Verdana"/>
          <w:b/>
          <w:bCs/>
          <w:i/>
          <w:color w:val="0000FF"/>
          <w:sz w:val="16"/>
          <w:szCs w:val="16"/>
        </w:rPr>
      </w:pPr>
      <w:r w:rsidRPr="007E005B">
        <w:rPr>
          <w:rFonts w:ascii="Verdana" w:hAnsi="Verdana"/>
          <w:b/>
          <w:bCs/>
          <w:i/>
          <w:color w:val="000000"/>
          <w:sz w:val="16"/>
          <w:szCs w:val="16"/>
        </w:rPr>
        <w:t xml:space="preserve">             гр.Разлог  2760, ул. „Екзарх Йосиф” №4, тел.0747/80160, email  </w:t>
      </w:r>
      <w:hyperlink r:id="rId8" w:history="1">
        <w:r w:rsidRPr="007E005B">
          <w:rPr>
            <w:rFonts w:ascii="Verdana" w:hAnsi="Verdana"/>
            <w:b/>
            <w:bCs/>
            <w:i/>
            <w:color w:val="0000FF"/>
            <w:sz w:val="16"/>
            <w:szCs w:val="16"/>
          </w:rPr>
          <w:t>dlsrazlog@abv.bg</w:t>
        </w:r>
      </w:hyperlink>
      <w:r w:rsidR="00AB12F7">
        <w:rPr>
          <w:rFonts w:ascii="Verdana" w:hAnsi="Verdana"/>
          <w:sz w:val="20"/>
          <w:szCs w:val="20"/>
          <w:lang w:val="bg-BG"/>
        </w:rPr>
        <w:t xml:space="preserve">                         </w:t>
      </w:r>
      <w:r w:rsidR="00254198">
        <w:rPr>
          <w:rFonts w:ascii="Verdana" w:hAnsi="Verdana"/>
          <w:sz w:val="20"/>
          <w:szCs w:val="20"/>
          <w:lang w:val="bg-BG"/>
        </w:rPr>
        <w:t xml:space="preserve">                 </w:t>
      </w:r>
      <w:r w:rsidR="00AB12F7">
        <w:rPr>
          <w:rFonts w:ascii="Verdana" w:hAnsi="Verdana"/>
          <w:sz w:val="20"/>
          <w:szCs w:val="20"/>
          <w:lang w:val="bg-BG"/>
        </w:rPr>
        <w:t xml:space="preserve">                                                </w:t>
      </w:r>
      <w:r w:rsidR="00254198">
        <w:rPr>
          <w:rFonts w:ascii="Verdana" w:hAnsi="Verdana"/>
          <w:sz w:val="20"/>
          <w:szCs w:val="20"/>
          <w:lang w:val="bg-BG"/>
        </w:rPr>
        <w:t xml:space="preserve">                     </w:t>
      </w:r>
      <w:r w:rsidR="001B2924">
        <w:rPr>
          <w:rFonts w:ascii="Verdana" w:hAnsi="Verdana"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04.25pt;height:64.5pt">
            <v:imagedata r:id="rId9" o:title=""/>
            <o:lock v:ext="edit" ungrouping="t" rotation="t" cropping="t" verticies="t" text="t" grouping="t"/>
            <o:signatureline v:ext="edit" id="{254B6E67-810E-42EA-9121-4E170965D1D0}" provid="{00000000-0000-0000-0000-000000000000}" o:suggestedsigner="ИНЖ. ВАЛЕНТИН ЧАМБОВ" o:suggestedsigner2="ДИРЕКТОР НА ЮЗДП ДП" issignatureline="t"/>
          </v:shape>
        </w:pict>
      </w:r>
      <w:r w:rsidR="00AB12F7">
        <w:rPr>
          <w:rFonts w:ascii="Verdana" w:hAnsi="Verdana"/>
          <w:sz w:val="20"/>
          <w:szCs w:val="20"/>
          <w:lang w:val="bg-BG"/>
        </w:rPr>
        <w:t xml:space="preserve"> </w:t>
      </w:r>
      <w:r w:rsidR="00A3414F">
        <w:rPr>
          <w:rFonts w:ascii="Verdana" w:hAnsi="Verdana"/>
          <w:sz w:val="20"/>
          <w:szCs w:val="20"/>
          <w:lang w:val="bg-BG"/>
        </w:rPr>
        <w:t xml:space="preserve">               </w:t>
      </w:r>
    </w:p>
    <w:p w:rsidR="00254198" w:rsidRDefault="00DA7CFC" w:rsidP="00254198">
      <w:pPr>
        <w:jc w:val="center"/>
        <w:rPr>
          <w:rFonts w:ascii="Verdana" w:hAnsi="Verdana"/>
          <w:sz w:val="28"/>
          <w:szCs w:val="28"/>
          <w:lang w:val="bg-BG"/>
        </w:rPr>
      </w:pPr>
      <w:r w:rsidRPr="001D5D43">
        <w:rPr>
          <w:rFonts w:ascii="Verdana" w:hAnsi="Verdana"/>
          <w:sz w:val="28"/>
          <w:szCs w:val="28"/>
        </w:rPr>
        <w:t>КАЛКУЛАЦИЯ</w:t>
      </w:r>
      <w:r w:rsidR="00BD51F1">
        <w:rPr>
          <w:rFonts w:ascii="Verdana" w:hAnsi="Verdana"/>
          <w:sz w:val="28"/>
          <w:szCs w:val="28"/>
          <w:lang w:val="bg-BG"/>
        </w:rPr>
        <w:t>- ЦЕНОРАЗПИС</w:t>
      </w:r>
    </w:p>
    <w:p w:rsidR="00715A3D" w:rsidRPr="00254198" w:rsidRDefault="00DA7CFC" w:rsidP="00254198">
      <w:pPr>
        <w:jc w:val="center"/>
        <w:rPr>
          <w:rFonts w:ascii="Verdana" w:hAnsi="Verdana"/>
          <w:sz w:val="28"/>
          <w:szCs w:val="28"/>
          <w:lang w:val="bg-BG"/>
        </w:rPr>
      </w:pPr>
      <w:r w:rsidRPr="00254198">
        <w:rPr>
          <w:rFonts w:ascii="Verdana" w:hAnsi="Verdana"/>
          <w:sz w:val="20"/>
          <w:szCs w:val="20"/>
          <w:lang w:val="bg-BG"/>
        </w:rPr>
        <w:t xml:space="preserve">За разходите на ПМС багер товарач </w:t>
      </w:r>
      <w:r w:rsidRPr="00254198">
        <w:rPr>
          <w:rFonts w:ascii="Verdana" w:hAnsi="Verdana"/>
          <w:sz w:val="20"/>
          <w:szCs w:val="20"/>
        </w:rPr>
        <w:t>TEREX TLB990PS</w:t>
      </w:r>
      <w:r w:rsidRPr="00254198">
        <w:rPr>
          <w:rFonts w:ascii="Verdana" w:hAnsi="Verdana"/>
          <w:sz w:val="20"/>
          <w:szCs w:val="20"/>
          <w:lang w:val="bg-BG"/>
        </w:rPr>
        <w:t xml:space="preserve"> с рег. номер Е05004, собственост на ТП „ ДГС Разлог“</w:t>
      </w:r>
      <w:r w:rsidR="00AB12F7" w:rsidRPr="00254198">
        <w:rPr>
          <w:rFonts w:ascii="Verdana" w:hAnsi="Verdana"/>
          <w:sz w:val="20"/>
          <w:szCs w:val="20"/>
          <w:lang w:val="bg-BG"/>
        </w:rPr>
        <w:t xml:space="preserve">, гр. Разлог </w:t>
      </w:r>
    </w:p>
    <w:tbl>
      <w:tblPr>
        <w:tblStyle w:val="aff2"/>
        <w:tblW w:w="995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95"/>
        <w:gridCol w:w="4225"/>
        <w:gridCol w:w="1304"/>
        <w:gridCol w:w="1276"/>
        <w:gridCol w:w="1276"/>
        <w:gridCol w:w="1276"/>
      </w:tblGrid>
      <w:tr w:rsidR="008C55E5" w:rsidRPr="00715A3D" w:rsidTr="001B2924">
        <w:trPr>
          <w:trHeight w:val="760"/>
        </w:trPr>
        <w:tc>
          <w:tcPr>
            <w:tcW w:w="595" w:type="dxa"/>
          </w:tcPr>
          <w:p w:rsidR="008C55E5" w:rsidRPr="00715A3D" w:rsidRDefault="001D5D43" w:rsidP="008C55E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  </w:t>
            </w:r>
            <w:r w:rsidR="008C55E5" w:rsidRPr="00715A3D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</w:tc>
        <w:tc>
          <w:tcPr>
            <w:tcW w:w="4225" w:type="dxa"/>
          </w:tcPr>
          <w:p w:rsidR="001D5D43" w:rsidRDefault="001D5D43" w:rsidP="008C55E5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     </w:t>
            </w:r>
          </w:p>
          <w:p w:rsidR="008C55E5" w:rsidRPr="00715A3D" w:rsidRDefault="008C55E5" w:rsidP="008C55E5">
            <w:pPr>
              <w:rPr>
                <w:rFonts w:ascii="Verdana" w:hAnsi="Verdana"/>
                <w:b/>
                <w:sz w:val="20"/>
                <w:szCs w:val="20"/>
              </w:rPr>
            </w:pPr>
            <w:r w:rsidRPr="00715A3D">
              <w:rPr>
                <w:rFonts w:ascii="Verdana" w:hAnsi="Verdana"/>
                <w:b/>
                <w:sz w:val="20"/>
                <w:szCs w:val="20"/>
              </w:rPr>
              <w:t>Основание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b/>
                <w:sz w:val="20"/>
                <w:szCs w:val="20"/>
              </w:rPr>
            </w:pPr>
            <w:r w:rsidRPr="00715A3D">
              <w:rPr>
                <w:rFonts w:ascii="Verdana" w:hAnsi="Verdana"/>
                <w:b/>
                <w:sz w:val="20"/>
                <w:szCs w:val="20"/>
              </w:rPr>
              <w:t>лв. за 1 мото час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€ за 1 моточас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b/>
                <w:sz w:val="20"/>
                <w:szCs w:val="20"/>
              </w:rPr>
            </w:pPr>
            <w:r w:rsidRPr="00715A3D">
              <w:rPr>
                <w:rFonts w:ascii="Verdana" w:hAnsi="Verdana"/>
                <w:b/>
                <w:sz w:val="20"/>
                <w:szCs w:val="20"/>
              </w:rPr>
              <w:t>лв. за 1 машино</w:t>
            </w:r>
            <w:r w:rsidR="00504327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</w:t>
            </w:r>
            <w:r w:rsidRPr="00715A3D">
              <w:rPr>
                <w:rFonts w:ascii="Verdana" w:hAnsi="Verdana"/>
                <w:b/>
                <w:sz w:val="20"/>
                <w:szCs w:val="20"/>
              </w:rPr>
              <w:t>смяна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b/>
                <w:sz w:val="20"/>
                <w:szCs w:val="20"/>
              </w:rPr>
            </w:pPr>
            <w:r w:rsidRPr="00715A3D">
              <w:rPr>
                <w:rFonts w:ascii="Verdana" w:hAnsi="Verdana"/>
                <w:b/>
                <w:sz w:val="20"/>
                <w:szCs w:val="20"/>
              </w:rPr>
              <w:t>€ за 1 машино</w:t>
            </w:r>
            <w:r w:rsidR="00504327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</w:t>
            </w:r>
            <w:r w:rsidRPr="00715A3D">
              <w:rPr>
                <w:rFonts w:ascii="Verdana" w:hAnsi="Verdana"/>
                <w:b/>
                <w:sz w:val="20"/>
                <w:szCs w:val="20"/>
              </w:rPr>
              <w:t>смяна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Трудови разходи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17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49</w:t>
            </w:r>
          </w:p>
        </w:tc>
        <w:tc>
          <w:tcPr>
            <w:tcW w:w="1276" w:type="dxa"/>
          </w:tcPr>
          <w:p w:rsidR="008C55E5" w:rsidRPr="00715A3D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8.94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139.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92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51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Основна заплата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12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6.15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57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37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Допълнителни възнаграждения върху осн. заплата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57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1.31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65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56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Осигуровки за сметка на работодателя 19.62%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89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1.48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22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70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61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Разходи за гориво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28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88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14.77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231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118.13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Основно гориво – 8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85 л. по 2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63 лв/л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23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11.90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186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97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61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Допълнително гориво -10%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88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1.47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23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Разходи за ремонт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 xml:space="preserve"> резервни части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 xml:space="preserve"> амортизации и застраховки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35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18.00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281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65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144.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01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Разходи за амортизации и лихви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17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38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8.89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139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71.07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Разходи за застраховки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0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83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0.42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6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64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A8681F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Разходи за поддръжка и резервни части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17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8.69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136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69.54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Всички разходи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84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58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43.25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675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345.12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Непредвидени разходи 5%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4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2.16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33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75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26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Всички разходи без ДДС / за поделения на ЮЗДП /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88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59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45.30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708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75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362.38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Престой на машината на терен / за поделения на ЮЗДП /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44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22.65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70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88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24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10% надценка при работа извън териториалния обхват на ЮЗДП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0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8C55E5" w:rsidRPr="00254198" w:rsidRDefault="001B2924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0.</w:t>
            </w:r>
            <w:r w:rsidR="00254198">
              <w:rPr>
                <w:rFonts w:ascii="Verdana" w:hAnsi="Verdana"/>
                <w:sz w:val="20"/>
                <w:szCs w:val="20"/>
                <w:lang w:val="bg-BG"/>
              </w:rPr>
              <w:t>05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0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</w:t>
            </w:r>
            <w:r w:rsidR="008C55E5" w:rsidRPr="00715A3D">
              <w:rPr>
                <w:rFonts w:ascii="Verdana" w:hAnsi="Verdana"/>
                <w:sz w:val="20"/>
                <w:szCs w:val="20"/>
              </w:rPr>
              <w:t>05</w:t>
            </w:r>
          </w:p>
        </w:tc>
      </w:tr>
      <w:tr w:rsidR="00504327" w:rsidRPr="00715A3D" w:rsidTr="00A8681F"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Услуги с багер-торача за клиенти извън посочените в т.6 без ДДС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97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45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49.83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779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63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398.62</w:t>
            </w:r>
          </w:p>
        </w:tc>
      </w:tr>
      <w:tr w:rsidR="00504327" w:rsidRPr="00715A3D" w:rsidTr="00DD09AB">
        <w:trPr>
          <w:trHeight w:val="449"/>
        </w:trPr>
        <w:tc>
          <w:tcPr>
            <w:tcW w:w="59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4225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Престой на машината на терен за клиенти извън посочените в т.7 без ДДС</w:t>
            </w:r>
          </w:p>
        </w:tc>
        <w:tc>
          <w:tcPr>
            <w:tcW w:w="1304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48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73</w:t>
            </w:r>
          </w:p>
        </w:tc>
        <w:tc>
          <w:tcPr>
            <w:tcW w:w="1276" w:type="dxa"/>
          </w:tcPr>
          <w:p w:rsidR="008C55E5" w:rsidRPr="00254198" w:rsidRDefault="00254198" w:rsidP="008C55E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24.92</w:t>
            </w:r>
          </w:p>
        </w:tc>
        <w:tc>
          <w:tcPr>
            <w:tcW w:w="1276" w:type="dxa"/>
          </w:tcPr>
          <w:p w:rsidR="008C55E5" w:rsidRPr="00715A3D" w:rsidRDefault="008C55E5" w:rsidP="008C55E5">
            <w:pPr>
              <w:rPr>
                <w:rFonts w:ascii="Verdana" w:hAnsi="Verdana"/>
                <w:sz w:val="20"/>
                <w:szCs w:val="20"/>
              </w:rPr>
            </w:pPr>
            <w:r w:rsidRPr="00715A3D">
              <w:rPr>
                <w:rFonts w:ascii="Verdana" w:hAnsi="Verdana"/>
                <w:sz w:val="20"/>
                <w:szCs w:val="20"/>
              </w:rPr>
              <w:t>389</w:t>
            </w:r>
            <w:r w:rsidR="001B2924">
              <w:rPr>
                <w:rFonts w:ascii="Verdana" w:hAnsi="Verdana"/>
                <w:sz w:val="20"/>
                <w:szCs w:val="20"/>
              </w:rPr>
              <w:t>.</w:t>
            </w:r>
            <w:r w:rsidRPr="00715A3D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1276" w:type="dxa"/>
          </w:tcPr>
          <w:p w:rsidR="008C55E5" w:rsidRPr="00715A3D" w:rsidRDefault="001B2924" w:rsidP="008C55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199.31</w:t>
            </w:r>
          </w:p>
        </w:tc>
      </w:tr>
    </w:tbl>
    <w:p w:rsidR="00685E8A" w:rsidRPr="00715A3D" w:rsidRDefault="001B292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>
          <v:shape id="_x0000_i1026" type="#_x0000_t75" alt="Ред за подпис на Microsoft Office..." style="width:140.25pt;height:70.5pt">
            <v:imagedata r:id="rId10" o:title=""/>
            <o:lock v:ext="edit" ungrouping="t" rotation="t" cropping="t" verticies="t" text="t" grouping="t"/>
            <o:signatureline v:ext="edit" id="{AC167566-230E-4CEF-9292-E4663F03D51E}" provid="{00000000-0000-0000-0000-000000000000}" o:suggestedsigner="ИНЖ. ИВАН ГЕРГОВ" o:suggestedsigner2="ДИРЕКТОР  ТП &quot;ДГС РАЗЛОГ&quot;" issignatureline="t"/>
          </v:shape>
        </w:pict>
      </w:r>
      <w:bookmarkStart w:id="0" w:name="_GoBack"/>
      <w:bookmarkEnd w:id="0"/>
    </w:p>
    <w:sectPr w:rsidR="00685E8A" w:rsidRPr="00715A3D" w:rsidSect="00DD09AB">
      <w:pgSz w:w="12240" w:h="15840"/>
      <w:pgMar w:top="624" w:right="1797" w:bottom="62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2924"/>
    <w:rsid w:val="001B4FC7"/>
    <w:rsid w:val="001D5D43"/>
    <w:rsid w:val="00254198"/>
    <w:rsid w:val="002718A6"/>
    <w:rsid w:val="0029639D"/>
    <w:rsid w:val="00326F90"/>
    <w:rsid w:val="00487911"/>
    <w:rsid w:val="00504327"/>
    <w:rsid w:val="005C0C4C"/>
    <w:rsid w:val="00685E8A"/>
    <w:rsid w:val="00715A3D"/>
    <w:rsid w:val="00821ACC"/>
    <w:rsid w:val="008C55E5"/>
    <w:rsid w:val="00A3414F"/>
    <w:rsid w:val="00A8681F"/>
    <w:rsid w:val="00AA1D8D"/>
    <w:rsid w:val="00AB12F7"/>
    <w:rsid w:val="00B47730"/>
    <w:rsid w:val="00BD51F1"/>
    <w:rsid w:val="00CB0664"/>
    <w:rsid w:val="00DA7CFC"/>
    <w:rsid w:val="00DC2238"/>
    <w:rsid w:val="00DD09AB"/>
    <w:rsid w:val="00F311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14C0D3"/>
  <w14:defaultImageDpi w14:val="300"/>
  <w15:docId w15:val="{78C499A8-AE26-4CE0-B8EF-3F03DF1A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A34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A341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razlog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zbbQ477N2QwMglR32Dt5ZMKczgl++XhUxZfP2LlGGWs=</DigestValue>
    </Reference>
    <Reference Type="http://www.w3.org/2000/09/xmldsig#Object" URI="#idOfficeObject">
      <DigestMethod Algorithm="http://www.w3.org/2001/04/xmlenc#sha256"/>
      <DigestValue>1GslL1/WRZM+g5ZYihWEhRxmoANAK6EMV2z6Qyb2uRo=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k+T/JvXB5+l1EdIyCT1bqXj/xMKbjsjUdvFBGmTATQs=</DigestValue>
    </Reference>
    <Reference Type="http://www.w3.org/2000/09/xmldsig#Object" URI="#idValidSigLnImg">
      <DigestMethod Algorithm="http://www.w3.org/2001/04/xmlenc#sha256"/>
      <DigestValue>Vaq5VY6LatH/wsjZhcDhXpZQ70glzX6PPwFMTugERwQ=</DigestValue>
    </Reference>
    <Reference Type="http://www.w3.org/2000/09/xmldsig#Object" URI="#idInvalidSigLnImg">
      <DigestMethod Algorithm="http://www.w3.org/2001/04/xmlenc#sha256"/>
      <DigestValue>MR3t6oqFFODxrBCMZsUZHi4RE3ezTKNMfF0JqUFzMAA=</DigestValue>
    </Reference>
  </SignedInfo>
  <SignatureValue>JDMNlHmzQq9GS8/fswlCRKsFImFqXqOm6kZdrsE60JUnyUBJz2F8HURoohReZ2YehtXTgdVfznNF
1d96Fmdf0x8unMjAbR1uK0ymTWFKiz97I0QCQWV5vF3no1kDcZBm2VlVM/aQTeh899bzYol+Spgt
E8EKzkbByKvp8oU5Oj70f1F2nhnDHRmgl4DGkJ4M80a9tB6drIiw1JkW05Pf/DO/SdPeRy8zxUyH
VC8n1oXUKs/bx/Wwvdo/z2EIKhR8BtyTtXwgP8wi+FTPFLkIlBaASiJZVKB2Jc8NjVNml7jtDuM9
Sx9WCvNjIYYvYpmTGjJBF6obKBwVkAQh67Tz3w==</SignatureValue>
  <KeyInfo>
    <X509Data>
      <X509Certificate>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jwPwMvrNgyYDlxELzvJNSx5iovYaO4x6Paetu1zEJ0w=</DigestValue>
      </Reference>
      <Reference URI="/word/document.xml?ContentType=application/vnd.openxmlformats-officedocument.wordprocessingml.document.main+xml">
        <DigestMethod Algorithm="http://www.w3.org/2001/04/xmlenc#sha256"/>
        <DigestValue>MHBY8RqcQVJkkJ3/S3LijgtdF3xDM5tdXufqn340nzg=</DigestValue>
      </Reference>
      <Reference URI="/word/fontTable.xml?ContentType=application/vnd.openxmlformats-officedocument.wordprocessingml.fontTable+xml">
        <DigestMethod Algorithm="http://www.w3.org/2001/04/xmlenc#sha256"/>
        <DigestValue>uhg+TzEHVgt16kA/9c+xlkmFoZeXK7N909olAF4ipmg=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jpeg?ContentType=image/jpeg">
        <DigestMethod Algorithm="http://www.w3.org/2001/04/xmlenc#sha256"/>
        <DigestValue>AtSQqY1PzRU3OvDDoJ1q9H6yp0ulTC1MVwGwanRPp5A=</DigestValue>
      </Reference>
      <Reference URI="/word/media/image3.emf?ContentType=image/x-emf">
        <DigestMethod Algorithm="http://www.w3.org/2001/04/xmlenc#sha256"/>
        <DigestValue>i9DFp/8GkMcmu7n6Wr65Ylco+zOMkxnTGS2yThTgHo8=</DigestValue>
      </Reference>
      <Reference URI="/word/media/image4.emf?ContentType=image/x-emf">
        <DigestMethod Algorithm="http://www.w3.org/2001/04/xmlenc#sha256"/>
        <DigestValue>RqbzuuBYr9YecBnnaWnVhKuM5inx2vEv1ARZkmz68kY=</DigestValue>
      </Reference>
      <Reference URI="/word/numbering.xml?ContentType=application/vnd.openxmlformats-officedocument.wordprocessingml.numbering+xml">
        <DigestMethod Algorithm="http://www.w3.org/2001/04/xmlenc#sha256"/>
        <DigestValue>ADyaq/yBLQareFqVrpx9/lwDKEZsv4RhiewSkgmjtY4=</DigestValue>
      </Reference>
      <Reference URI="/word/settings.xml?ContentType=application/vnd.openxmlformats-officedocument.wordprocessingml.settings+xml">
        <DigestMethod Algorithm="http://www.w3.org/2001/04/xmlenc#sha256"/>
        <DigestValue>c3WVw160s4H3a8QVXummffj3B/gz2Im1r2gE6na5mZs=</DigestValue>
      </Reference>
      <Reference URI="/word/styles.xml?ContentType=application/vnd.openxmlformats-officedocument.wordprocessingml.styles+xml">
        <DigestMethod Algorithm="http://www.w3.org/2001/04/xmlenc#sha256"/>
        <DigestValue>cAVvpmKREcAPMT50otGlQ55WR26QonPRsIHxxRmE5Nk=</DigestValue>
      </Reference>
      <Reference URI="/word/theme/theme1.xml?ContentType=application/vnd.openxmlformats-officedocument.theme+xml">
        <DigestMethod Algorithm="http://www.w3.org/2001/04/xmlenc#sha256"/>
        <DigestValue>sildMZiJPSwD9eWEx0mhV1G3mK79zZvuKInxOQPWjLI=</DigestValue>
      </Reference>
      <Reference URI="/word/webSettings.xml?ContentType=application/vnd.openxmlformats-officedocument.wordprocessingml.webSettings+xml">
        <DigestMethod Algorithm="http://www.w3.org/2001/04/xmlenc#sha256"/>
        <DigestValue>yvweCfFdRyh/yK0PyaHLNiTKorRIUG/+kDyIiiiRl+4=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2025-07-25T08:41:16Z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{AC167566-230E-4CEF-9292-E4663F03D51E}</SetupID>
          <SignatureText>инж. Иван Гергов</SignatureText>
          <SignatureImage/>
          <SignatureComments/>
          <WindowsVersion>10.0</WindowsVersion>
          <OfficeVersion>16.0.18925/26</OfficeVersion>
          <ApplicationVersion>16.0.18925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2025-07-25T08:41:16Z</xd:SigningTime>
          <xd:SigningCertificate>
            <xd:Cert>
              <xd:CertDigest>
                <DigestMethod Algorithm="http://www.w3.org/2001/04/xmlenc#sha256"/>
                <DigestValue>LVLENa/OVkOUbqEAEejmTn4ajqAXsSF65uMPl6SJQxI=</DigestValue>
              </xd:CertDigest>
              <xd:IssuerSerial>
                <X509IssuerName>C=BG, L=Sofia, O=Information Services JSC, OID.2.5.4.97=NTRBG-831641791, CN=StampIT Global Qualified CA</X509IssuerName>
                <X509SerialNumber>1171192584035582795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8Bs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1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Cuk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oAAAARwAAACkAAAAzAAAAg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pAAAASAAAACUAAAAMAAAABAAAAFQAAACsAAAAKgAAADMAAACnAAAARwAAAAEAAAAAwMZBvoTGQSoAAAAzAAAAEAAAAEwAAAAAAAAAAAAAAAAAAAD//////////2wAAAA4BD0ENgQuACAAGAQyBDAEPQQgABMENQRABDMEPgQyBAkAAAAJAAAADAAAAAMAAAAEAAAADAAAAAgAAAAIAAAACQAAAAQAAAAIAAAACAAAAAkAAAAG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rAAAAAoAAABQAAAAcQAAAFwAAAABAAAAAMDGQb6ExkEKAAAAUAAAABAAAABMAAAAAAAAAAAAAAAAAAAA//////////9sAAAAGAQdBBYELgAgABgEEgQQBB0EIAATBBUEIAQTBB4EEgQIAAAACAAAAAsAAAADAAAAAwAAAAgAAAAHAAAABwAAAAgAAAADAAAABQAAAAYAAAAGAAAABQ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5AAAAAoAAABgAAAAnAAAAGwAAAABAAAAAMDGQb6ExkEKAAAAYAAAABkAAABMAAAAAAAAAAAAAAAAAAAA//////////+AAAAAFAQYBCAEFQQaBCIEHgQgBCAAIAAiBB8EIAAiABQEEwQhBCAAIAQQBBcEGwQeBBMEIgAAAAgAAAAIAAAABgAAAAYAAAAGAAAABQAAAAkAAAAGAAAAAwAAAAMAAAAFAAAACAAAAAMAAAAEAAAACAAAAAUAAAAHAAAAAwAAAAYAAAAHAAAABgAAAAcAAAAJAAAABQAAAAQ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BIAAAAMAAAAAQAAABYAAAAMAAAAAAAAAFQAAAAUAQAACgAAAHAAAADEAAAAfAAAAAEAAAAAwMZBvoTGQQoAAABwAAAAIQAAAEwAAAAEAAAACQAAAHAAAADGAAAAfQAAAJAAAAAfBD4ENAQ/BDgEQQQwBD0EPgQgAD4EQgQ6ACAASQB2AGEAbgAgAFQAbwBkAG8AcgBvAHYAIABHAGUAcgBnAG8AdgAAAAgAAAAHAAAABgAAAAcAAAAHAAAABQAAAAYAAAAHAAAABwAAAAMAAAAHAAAABQAAAAMAAAADAAAAAwAAAAUAAAAGAAAABwAAAAMAAAAFAAAABwAAAAcAAAAHAAAABAAAAAcAAAAFAAAAAwAAAAgAAAAGAAAABAAAAAcAAAAHAAAABQAAABYAAAAMAAAAAAAAACUAAAAMAAAAAgAAAA4AAAAUAAAAAAAAABAAAAAUAAAA</Object>
  <Object Id="idInvalidSigLnImg">AQAAAGwAAAAAAAAAAAAAAP8AAAB/AAAAAAAAAAAAAADYGAAAaQwAACBFTUYAAAEAh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qAAAAEcAAAApAAAAMwAAAIA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qQAAAEgAAAAlAAAADAAAAAQAAABUAAAArAAAACoAAAAzAAAApwAAAEcAAAABAAAAAMDGQb6ExkEqAAAAMwAAABAAAABMAAAAAAAAAAAAAAAAAAAA//////////9sAAAAOAQ9BDYELgAgABgEMgQwBD0EIAATBDUEQAQzBD4EMgQJAAAACQAAAAwAAAADAAAABAAAAAwAAAAIAAAACAAAAAkAAAAEAAAACAAAAAgAAAAJAAAABg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HEAAABcAAAAAQAAAADAxkG+hMZBCgAAAFAAAAAQAAAATAAAAAAAAAAAAAAAAAAAAP//////////bAAAABgEHQQWBC4AIAAYBBIEEAQdBCAAEwQVBCAEEwQeBBIECAAAAAgAAAALAAAAAwAAAAMAAAAIAAAABwAAAAcAAAAIAAAAAwAAAAUAAAAGAAAABgAAAAU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QAAAAKAAAAYAAAAJwAAABsAAAAAQAAAADAxkG+hMZBCgAAAGAAAAAZAAAATAAAAAAAAAAAAAAAAAAAAP//////////gAAAABQEGAQgBBUEGgQiBB4EIAQgACAAIgQfBCAAIgAUBBMEIQQgACAEEAQXBBsEHgQTBCIAdoEIAAAACAAAAAYAAAAGAAAABgAAAAUAAAAJAAAABgAAAAMAAAADAAAABQAAAAgAAAADAAAABAAAAAgAAAAFAAAABwAAAAMAAAAGAAAABwAAAAYAAAAHAAAACQAAAAUAAAAE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EAAAAYAAAADAAAAAAAAAASAAAADAAAAAEAAAAWAAAADAAAAAAAAABUAAAAFAEAAAoAAABwAAAAxAAAAHwAAAABAAAAAMDGQb6ExkEKAAAAcAAAACEAAABMAAAABAAAAAkAAABwAAAAxgAAAH0AAACQAAAAHwQ+BDQEPwQ4BEEEMAQ9BD4EIAA+BEIEOgAgAEkAdgBhAG4AIABUAG8AZABvAHIAbwB2ACAARwBlAHIAZwBvAHYAwJIIAAAABwAAAAYAAAAHAAAABwAAAAUAAAAGAAAABwAAAAcAAAADAAAABwAAAAUAAAADAAAAAwAAAAMAAAAFAAAABgAAAAcAAAADAAAABQAAAAcAAAAHAAAABwAAAAQAAAAHAAAABQAAAAMAAAAIAAAABgAAAAQAAAAH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QNVIBut1e8XPzU6Jc0yjQvcTR0O3nN0D/2nof6kbH0w=</DigestValue>
    </Reference>
    <Reference Type="http://www.w3.org/2000/09/xmldsig#Object" URI="#idOfficeObject">
      <DigestMethod Algorithm="http://www.w3.org/2001/04/xmlenc#sha256"/>
      <DigestValue>PjlVRVmdMpxS5ADCTY9dEaS7kQT+YmYKx3ipfgxjVOY=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4spyxH02oa5ytQBX+MIw/y7LYQ8wg8ux+EmrlCtOOtI=</DigestValue>
    </Reference>
    <Reference Type="http://www.w3.org/2000/09/xmldsig#Object" URI="#idValidSigLnImg">
      <DigestMethod Algorithm="http://www.w3.org/2001/04/xmlenc#sha256"/>
      <DigestValue>bVPRmF46+BjyMcaAx9zbD5cIPfJBcM9lqYF2WS8YSS8=</DigestValue>
    </Reference>
    <Reference Type="http://www.w3.org/2000/09/xmldsig#Object" URI="#idInvalidSigLnImg">
      <DigestMethod Algorithm="http://www.w3.org/2001/04/xmlenc#sha256"/>
      <DigestValue>nN4A+HHpSmxD6S1EteoQzjg8BimthG1xRWurG7W2LSs=</DigestValue>
    </Reference>
  </SignedInfo>
  <SignatureValue>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</SignatureValue>
  <KeyInfo>
    <X509Data>
      <X509Certificate>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jwPwMvrNgyYDlxELzvJNSx5iovYaO4x6Paetu1zEJ0w=</DigestValue>
      </Reference>
      <Reference URI="/word/document.xml?ContentType=application/vnd.openxmlformats-officedocument.wordprocessingml.document.main+xml">
        <DigestMethod Algorithm="http://www.w3.org/2001/04/xmlenc#sha256"/>
        <DigestValue>MHBY8RqcQVJkkJ3/S3LijgtdF3xDM5tdXufqn340nzg=</DigestValue>
      </Reference>
      <Reference URI="/word/fontTable.xml?ContentType=application/vnd.openxmlformats-officedocument.wordprocessingml.fontTable+xml">
        <DigestMethod Algorithm="http://www.w3.org/2001/04/xmlenc#sha256"/>
        <DigestValue>uhg+TzEHVgt16kA/9c+xlkmFoZeXK7N909olAF4ipmg=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jpeg?ContentType=image/jpeg">
        <DigestMethod Algorithm="http://www.w3.org/2001/04/xmlenc#sha256"/>
        <DigestValue>AtSQqY1PzRU3OvDDoJ1q9H6yp0ulTC1MVwGwanRPp5A=</DigestValue>
      </Reference>
      <Reference URI="/word/media/image3.emf?ContentType=image/x-emf">
        <DigestMethod Algorithm="http://www.w3.org/2001/04/xmlenc#sha256"/>
        <DigestValue>i9DFp/8GkMcmu7n6Wr65Ylco+zOMkxnTGS2yThTgHo8=</DigestValue>
      </Reference>
      <Reference URI="/word/media/image4.emf?ContentType=image/x-emf">
        <DigestMethod Algorithm="http://www.w3.org/2001/04/xmlenc#sha256"/>
        <DigestValue>RqbzuuBYr9YecBnnaWnVhKuM5inx2vEv1ARZkmz68kY=</DigestValue>
      </Reference>
      <Reference URI="/word/numbering.xml?ContentType=application/vnd.openxmlformats-officedocument.wordprocessingml.numbering+xml">
        <DigestMethod Algorithm="http://www.w3.org/2001/04/xmlenc#sha256"/>
        <DigestValue>ADyaq/yBLQareFqVrpx9/lwDKEZsv4RhiewSkgmjtY4=</DigestValue>
      </Reference>
      <Reference URI="/word/settings.xml?ContentType=application/vnd.openxmlformats-officedocument.wordprocessingml.settings+xml">
        <DigestMethod Algorithm="http://www.w3.org/2001/04/xmlenc#sha256"/>
        <DigestValue>c3WVw160s4H3a8QVXummffj3B/gz2Im1r2gE6na5mZs=</DigestValue>
      </Reference>
      <Reference URI="/word/styles.xml?ContentType=application/vnd.openxmlformats-officedocument.wordprocessingml.styles+xml">
        <DigestMethod Algorithm="http://www.w3.org/2001/04/xmlenc#sha256"/>
        <DigestValue>cAVvpmKREcAPMT50otGlQ55WR26QonPRsIHxxRmE5Nk=</DigestValue>
      </Reference>
      <Reference URI="/word/theme/theme1.xml?ContentType=application/vnd.openxmlformats-officedocument.theme+xml">
        <DigestMethod Algorithm="http://www.w3.org/2001/04/xmlenc#sha256"/>
        <DigestValue>sildMZiJPSwD9eWEx0mhV1G3mK79zZvuKInxOQPWjLI=</DigestValue>
      </Reference>
      <Reference URI="/word/webSettings.xml?ContentType=application/vnd.openxmlformats-officedocument.wordprocessingml.webSettings+xml">
        <DigestMethod Algorithm="http://www.w3.org/2001/04/xmlenc#sha256"/>
        <DigestValue>yvweCfFdRyh/yK0PyaHLNiTKorRIUG/+kDyIiiiRl+4=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2025-07-25T13:27:28Z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{254B6E67-810E-42EA-9121-4E170965D1D0}</SetupID>
          <SignatureText>'инж. Иван Герин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2025-07-25T13:27:28Z</xd:SigningTime>
          <xd:SigningCertificate>
            <xd:Cert>
              <xd:CertDigest>
                <DigestMethod Algorithm="http://www.w3.org/2001/04/xmlenc#sha256"/>
                <DigestValue>CK2ZValIBkCFUx/JzltSRs0VmLZ6jK3Y5lJ+Kvr5ZmU=</DigestValue>
              </xd:CertDigest>
              <xd:IssuerSerial>
                <X509IssuerName>C=BG, L=Sofia, O=Information Services JSC, OID.2.5.4.97=NTRBG-831641791, CN=StampIT Global Qualified CA</X509IssuerName>
                <X509SerialNumber>3818535653858008936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rEQAA8AgAACBFTUYAAAEA3BsAAKoAAAAGAAAAAAAAAAAAAAAAAAAAgAcAADgE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VWPQYX2jkG7AAAABAAAAAwAAABMAAAAAAAAAAAAAAAAAAAA//////////9kAAAAMgA1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WPQYX2j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oAAAASAAAACUAAAAMAAAABAAAAFQAAACsAAAAKgAAADMAAACmAAAARwAAAAEAAABVVY9BhfaOQSoAAAAzAAAAEAAAAEwAAAAAAAAAAAAAAAAAAAD//////////2wAAAAnADgEPQQ2BC4AIAAYBDIEMAQ9BCAAEwQ1BEAEOAQ9BAQAAAAJAAAACQAAAAwAAAADAAAABAAAAAwAAAAIAAAACAAAAAkAAAAEAAAACAAAAAg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kwAAAFwAAAABAAAAVVWPQYX2jkEKAAAAUAAAABQAAABMAAAAAAAAAAAAAAAAAAAA//////////90AAAAGAQdBBYELgAgABIEEAQbBBUEHQQiBBgEHQQgACcEEAQcBBEEHgQSBAgAAAAIAAAACwAAAAMAAAADAAAABwAAAAcAAAAHAAAABgAAAAgAAAAFAAAACAAAAAgAAAADAAAABwAAAAcAAAAK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</Object>
  <Object Id="idInvalidSigLnImg">AQAAAGwAAAAAAAAAAAAAAP8AAAB/AAAAAAAAAAAAAADrEQAA8AgAACBFTUYAAAEAeB8AALAAAAAGAAAAAAAAAAAAAAAAAAAAgAcAADgE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AQAAAAAcKDQcKDQcJDQ4WMShFrjFU1TJV1gECBAIDBAECBQoRKyZBowsTMcBAAAAAfqbJd6PIeqDCQFZ4JTd0Lk/HMVPSGy5uFiE4GypVJ0KnHjN9AAABEEEAAACcz+7S6ffb7fnC0t1haH0hMm8aLXIuT8ggOIwoRKslP58cK08AAAHAQAAAAMHg9P///////////+bm5k9SXjw/SzBRzTFU0y1NwSAyVzFGXwEBAsBACA8mnM/u69/SvI9jt4tgjIR9FBosDBEjMVTUMlXWMVPRKUSeDxk4AAAAgEAAAADT6ff///////+Tk5MjK0krSbkvUcsuT8YVJFoTIFIrSbgtTcEQHEeAQAAAAJzP7vT6/bTa8kRleixHhy1Nwi5PxiQtTnBwcJKSki81SRwtZAgOI0B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j0GF9o5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WPQYX2j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oAAAASAAAACUAAAAMAAAABAAAAFQAAACsAAAAKgAAADMAAACmAAAARwAAAAEAAABVVY9BhfaOQSoAAAAzAAAAEAAAAEwAAAAAAAAAAAAAAAAAAAD//////////2wAAAAnADgEPQQ2BC4AIAAYBDIEMAQ9BCAAEwQ1BEAEOAQ9BAQAAAAJAAAACQAAAAwAAAADAAAABAAAAAwAAAAIAAAACAAAAAkAAAAEAAAACAAAAAg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kwAAAFwAAAABAAAAVVWPQYX2jkEKAAAAUAAAABQAAABMAAAAAAAAAAAAAAAAAAAA//////////90AAAAGAQdBBYELgAgABIEEAQbBBUEHQQiBBgEHQQgACcEEAQcBBEEHgQSBAgAAAAIAAAACwAAAAMAAAADAAAABwAAAAcAAAAHAAAABgAAAAgAAAAFAAAACAAAAAgAAAADAAAABwAAAAcAAAAK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C5A0B2-E4BD-4819-B130-7A04E2217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13</cp:revision>
  <dcterms:created xsi:type="dcterms:W3CDTF">2025-07-24T12:09:00Z</dcterms:created>
  <dcterms:modified xsi:type="dcterms:W3CDTF">2025-07-25T08:24:00Z</dcterms:modified>
  <cp:category/>
</cp:coreProperties>
</file>